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ANEXO I</w:t>
        <w:br/>
        <w:t>RELAÇÃO CONSOLIDADA DAS NOTAS FISCAIS ELETRÔNICAS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Anexo da Fatura Proforma nº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Contrato nº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Processo nº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Período de faturamento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Contratada</w:t>
            </w:r>
          </w:p>
        </w:tc>
        <w:tc>
          <w:tcPr>
            <w:tcW w:type="dxa" w:w="5400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D9D9D9"/>
          </w:tcPr>
          <w:p>
            <w:r>
              <w:rPr>
                <w:b/>
                <w:sz w:val="22"/>
              </w:rPr>
              <w:t>RELAÇÃO CONSOLIDADA DAS NF-e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>
              <w:t>Pedido</w:t>
            </w:r>
          </w:p>
        </w:tc>
        <w:tc>
          <w:tcPr>
            <w:tcW w:type="dxa" w:w="2160"/>
            <w:shd w:fill="D9D9D9"/>
          </w:tcPr>
          <w:p>
            <w:r>
              <w:t>NF-e</w:t>
            </w:r>
          </w:p>
        </w:tc>
        <w:tc>
          <w:tcPr>
            <w:tcW w:type="dxa" w:w="2160"/>
            <w:shd w:fill="D9D9D9"/>
          </w:tcPr>
          <w:p>
            <w:r>
              <w:t>Data de Emissão</w:t>
            </w:r>
          </w:p>
        </w:tc>
        <w:tc>
          <w:tcPr>
            <w:tcW w:type="dxa" w:w="2160"/>
            <w:shd w:fill="D9D9D9"/>
          </w:tcPr>
          <w:p>
            <w:r>
              <w:t>Valor da NF-e (R$)</w:t>
            </w:r>
          </w:p>
        </w:tc>
        <w:tc>
          <w:tcPr>
            <w:tcW w:type="dxa" w:w="2160"/>
            <w:shd w:fill="D9D9D9"/>
          </w:tcPr>
          <w:p>
            <w:r>
              <w:t>Observações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D9D9D9"/>
          </w:tcPr>
          <w:p>
            <w:r>
              <w:rPr>
                <w:b/>
                <w:sz w:val="22"/>
              </w:rPr>
              <w:t>RESUMO DO FATURAMENTO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Quantidade de pedidos faturados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Quantidade de NF-e consolidadas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Valor bruto das NF-e</w:t>
            </w:r>
          </w:p>
        </w:tc>
        <w:tc>
          <w:tcPr>
            <w:tcW w:type="dxa" w:w="5400"/>
          </w:tcPr>
          <w:p>
            <w:r>
              <w:t>R$ 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D9D9D9"/>
          </w:tcPr>
          <w:p>
            <w:r>
              <w:rPr>
                <w:b/>
                <w:sz w:val="22"/>
              </w:rPr>
              <w:t>DECLARAÇÃO</w:t>
            </w:r>
          </w:p>
        </w:tc>
      </w:tr>
    </w:tbl>
    <w:p/>
    <w:p>
      <w:r>
        <w:t>A presente relação consolida todas as Notas Fiscais Eletrônicas (NF-e) emitidas no período de faturamento correspondente à presente Fatura Proforma, servindo como demonstrativo dos documentos fiscais que compõem o valor bruto faturado.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D9D9D9"/>
          </w:tcPr>
          <w:p>
            <w:r>
              <w:rPr>
                <w:b/>
                <w:sz w:val="22"/>
              </w:rPr>
              <w:t>RESPONSÁVEL PELAS INFORMAÇÕES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Nome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Cargo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Data</w:t>
            </w:r>
          </w:p>
        </w:tc>
        <w:tc>
          <w:tcPr>
            <w:tcW w:type="dxa" w:w="5400"/>
          </w:tcPr>
          <w:p>
            <w:r/>
          </w:p>
        </w:tc>
      </w:tr>
      <w:tr>
        <w:tc>
          <w:tcPr>
            <w:tcW w:type="dxa" w:w="5400"/>
          </w:tcPr>
          <w:p>
            <w:r>
              <w:t>Assinatura</w:t>
            </w:r>
          </w:p>
        </w:tc>
        <w:tc>
          <w:tcPr>
            <w:tcW w:type="dxa" w:w="5400"/>
          </w:tcPr>
          <w:p>
            <w:r/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